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462D3" w14:textId="1EDDA777" w:rsidR="00043177" w:rsidRPr="001D382B" w:rsidRDefault="002C3FFB">
      <w:pPr>
        <w:rPr>
          <w:sz w:val="44"/>
          <w:szCs w:val="44"/>
          <w:lang w:val="de-DE"/>
        </w:rPr>
      </w:pPr>
      <w:r>
        <w:rPr>
          <w:sz w:val="44"/>
          <w:szCs w:val="44"/>
          <w:lang w:val="de-DE"/>
        </w:rPr>
        <w:t>Mühlheim hinter</w:t>
      </w:r>
      <w:r w:rsidR="00EA3C20" w:rsidRPr="001D382B">
        <w:rPr>
          <w:sz w:val="44"/>
          <w:szCs w:val="44"/>
          <w:lang w:val="de-DE"/>
        </w:rPr>
        <w:t xml:space="preserve"> Gitter</w:t>
      </w:r>
    </w:p>
    <w:p w14:paraId="782C5858" w14:textId="77777777" w:rsidR="00043177" w:rsidRPr="001D382B" w:rsidRDefault="00043177">
      <w:pPr>
        <w:rPr>
          <w:sz w:val="28"/>
          <w:szCs w:val="28"/>
          <w:lang w:val="de-DE"/>
        </w:rPr>
      </w:pPr>
    </w:p>
    <w:p w14:paraId="3D7A319C" w14:textId="247002E9" w:rsidR="00D34112" w:rsidRPr="002F513B" w:rsidRDefault="005B19FC">
      <w:pPr>
        <w:rPr>
          <w:color w:val="EE0000"/>
          <w:sz w:val="28"/>
          <w:szCs w:val="28"/>
          <w:lang w:val="de-DE"/>
        </w:rPr>
      </w:pPr>
      <w:r w:rsidRPr="002F513B">
        <w:rPr>
          <w:color w:val="EE0000"/>
          <w:sz w:val="28"/>
          <w:szCs w:val="28"/>
          <w:lang w:val="de-DE"/>
        </w:rPr>
        <w:t>1. Wir brauchen Gitter – und zwar sofort!</w:t>
      </w:r>
    </w:p>
    <w:p w14:paraId="13CE0E42" w14:textId="77777777" w:rsidR="00D34112" w:rsidRPr="002F513B" w:rsidRDefault="005B19FC">
      <w:pPr>
        <w:rPr>
          <w:color w:val="EE0000"/>
          <w:sz w:val="28"/>
          <w:szCs w:val="28"/>
          <w:lang w:val="de-DE"/>
        </w:rPr>
      </w:pPr>
      <w:r w:rsidRPr="002F513B">
        <w:rPr>
          <w:color w:val="EE0000"/>
          <w:sz w:val="28"/>
          <w:szCs w:val="28"/>
          <w:lang w:val="de-DE"/>
        </w:rPr>
        <w:t>2. Sonst landet der Ball im Hundekot.</w:t>
      </w:r>
    </w:p>
    <w:p w14:paraId="6305B29F" w14:textId="77777777" w:rsidR="00D34112" w:rsidRPr="002F513B" w:rsidRDefault="005B19FC">
      <w:pPr>
        <w:rPr>
          <w:color w:val="EE0000"/>
          <w:sz w:val="28"/>
          <w:szCs w:val="28"/>
          <w:lang w:val="de-DE"/>
        </w:rPr>
      </w:pPr>
      <w:r w:rsidRPr="002F513B">
        <w:rPr>
          <w:color w:val="EE0000"/>
          <w:sz w:val="28"/>
          <w:szCs w:val="28"/>
          <w:lang w:val="de-DE"/>
        </w:rPr>
        <w:t>3. Kein Licht – kein Platz – nur Schatten hier,</w:t>
      </w:r>
    </w:p>
    <w:p w14:paraId="6CA263E3" w14:textId="77777777" w:rsidR="00D34112" w:rsidRPr="002F513B" w:rsidRDefault="005B19FC">
      <w:pPr>
        <w:rPr>
          <w:color w:val="EE0000"/>
          <w:sz w:val="28"/>
          <w:szCs w:val="28"/>
          <w:lang w:val="de-DE"/>
        </w:rPr>
      </w:pPr>
      <w:r w:rsidRPr="002F513B">
        <w:rPr>
          <w:color w:val="EE0000"/>
          <w:sz w:val="28"/>
          <w:szCs w:val="28"/>
          <w:lang w:val="de-DE"/>
        </w:rPr>
        <w:t>4. doch wir kämpfen für unser Revier.</w:t>
      </w:r>
    </w:p>
    <w:p w14:paraId="2CDEEB69" w14:textId="77777777" w:rsidR="00D34112" w:rsidRPr="002F513B" w:rsidRDefault="005B19FC">
      <w:pPr>
        <w:rPr>
          <w:color w:val="EE0000"/>
          <w:sz w:val="28"/>
          <w:szCs w:val="28"/>
          <w:lang w:val="de-DE"/>
        </w:rPr>
      </w:pPr>
      <w:r w:rsidRPr="002F513B">
        <w:rPr>
          <w:color w:val="EE0000"/>
          <w:sz w:val="28"/>
          <w:szCs w:val="28"/>
          <w:lang w:val="de-DE"/>
        </w:rPr>
        <w:t>5. Jede Nacht, da hält uns was wach,</w:t>
      </w:r>
    </w:p>
    <w:p w14:paraId="7EF9DD01" w14:textId="77777777" w:rsidR="00D34112" w:rsidRPr="002F513B" w:rsidRDefault="005B19FC">
      <w:pPr>
        <w:rPr>
          <w:color w:val="EE0000"/>
          <w:sz w:val="28"/>
          <w:szCs w:val="28"/>
          <w:lang w:val="de-DE"/>
        </w:rPr>
      </w:pPr>
      <w:r w:rsidRPr="002F513B">
        <w:rPr>
          <w:color w:val="EE0000"/>
          <w:sz w:val="28"/>
          <w:szCs w:val="28"/>
          <w:lang w:val="de-DE"/>
        </w:rPr>
        <w:t xml:space="preserve">6. wir rennen dem Ball </w:t>
      </w:r>
      <w:r w:rsidRPr="002F513B">
        <w:rPr>
          <w:color w:val="EE0000"/>
          <w:sz w:val="28"/>
          <w:szCs w:val="28"/>
          <w:lang w:val="de-DE"/>
        </w:rPr>
        <w:t>durch Matsch und Krach.</w:t>
      </w:r>
    </w:p>
    <w:p w14:paraId="52A0629A" w14:textId="77777777" w:rsidR="00D34112" w:rsidRPr="002F513B" w:rsidRDefault="005B19FC">
      <w:pPr>
        <w:rPr>
          <w:color w:val="EE0000"/>
          <w:sz w:val="28"/>
          <w:szCs w:val="28"/>
          <w:lang w:val="de-DE"/>
        </w:rPr>
      </w:pPr>
      <w:r w:rsidRPr="002F513B">
        <w:rPr>
          <w:color w:val="EE0000"/>
          <w:sz w:val="28"/>
          <w:szCs w:val="28"/>
          <w:lang w:val="de-DE"/>
        </w:rPr>
        <w:t>7. Wir brauchen 'n Zaun, wir brauchen Licht –</w:t>
      </w:r>
    </w:p>
    <w:p w14:paraId="6DF395DE" w14:textId="71790269" w:rsidR="00D34112" w:rsidRPr="002F513B" w:rsidRDefault="005B19FC">
      <w:pPr>
        <w:rPr>
          <w:color w:val="EE0000"/>
          <w:sz w:val="28"/>
          <w:szCs w:val="28"/>
          <w:lang w:val="de-DE"/>
        </w:rPr>
      </w:pPr>
      <w:r w:rsidRPr="002F513B">
        <w:rPr>
          <w:color w:val="EE0000"/>
          <w:sz w:val="28"/>
          <w:szCs w:val="28"/>
          <w:lang w:val="de-DE"/>
        </w:rPr>
        <w:t>8. doch keiner hört uns – also rap ich</w:t>
      </w:r>
    </w:p>
    <w:p w14:paraId="12A8DDF7" w14:textId="77777777" w:rsidR="00043177" w:rsidRPr="001D382B" w:rsidRDefault="00043177">
      <w:pPr>
        <w:rPr>
          <w:sz w:val="28"/>
          <w:szCs w:val="28"/>
          <w:lang w:val="de-DE"/>
        </w:rPr>
      </w:pPr>
    </w:p>
    <w:p w14:paraId="2CF65249" w14:textId="58460E8B" w:rsidR="00D34112" w:rsidRPr="002F513B" w:rsidRDefault="005B19FC">
      <w:pPr>
        <w:rPr>
          <w:color w:val="4F81BD" w:themeColor="accent1"/>
          <w:sz w:val="28"/>
          <w:szCs w:val="28"/>
          <w:lang w:val="de-DE"/>
        </w:rPr>
      </w:pPr>
      <w:r w:rsidRPr="002F513B">
        <w:rPr>
          <w:color w:val="4F81BD" w:themeColor="accent1"/>
          <w:sz w:val="28"/>
          <w:szCs w:val="28"/>
          <w:lang w:val="de-DE"/>
        </w:rPr>
        <w:t>1. Motivation? Geht schnell verloren,</w:t>
      </w:r>
    </w:p>
    <w:p w14:paraId="00BF9064" w14:textId="05AF3131" w:rsidR="00D34112" w:rsidRPr="002F513B" w:rsidRDefault="005B19FC">
      <w:pPr>
        <w:rPr>
          <w:color w:val="4F81BD" w:themeColor="accent1"/>
          <w:sz w:val="28"/>
          <w:szCs w:val="28"/>
          <w:lang w:val="de-DE"/>
        </w:rPr>
      </w:pPr>
      <w:r w:rsidRPr="002F513B">
        <w:rPr>
          <w:color w:val="4F81BD" w:themeColor="accent1"/>
          <w:sz w:val="28"/>
          <w:szCs w:val="28"/>
          <w:lang w:val="de-DE"/>
        </w:rPr>
        <w:t>2. wenn auf Beton dein'n Traum verlorn.</w:t>
      </w:r>
    </w:p>
    <w:p w14:paraId="501305F3" w14:textId="77777777" w:rsidR="00D34112" w:rsidRPr="002F513B" w:rsidRDefault="005B19FC">
      <w:pPr>
        <w:rPr>
          <w:color w:val="4F81BD" w:themeColor="accent1"/>
          <w:sz w:val="28"/>
          <w:szCs w:val="28"/>
          <w:lang w:val="de-DE"/>
        </w:rPr>
      </w:pPr>
      <w:r w:rsidRPr="002F513B">
        <w:rPr>
          <w:color w:val="4F81BD" w:themeColor="accent1"/>
          <w:sz w:val="28"/>
          <w:szCs w:val="28"/>
          <w:lang w:val="de-DE"/>
        </w:rPr>
        <w:t>3. Kein Licht, kein Netz – kein Respekt,</w:t>
      </w:r>
    </w:p>
    <w:p w14:paraId="04D808E8" w14:textId="77777777" w:rsidR="00D34112" w:rsidRPr="002F513B" w:rsidRDefault="005B19FC">
      <w:pPr>
        <w:rPr>
          <w:color w:val="4F81BD" w:themeColor="accent1"/>
          <w:sz w:val="28"/>
          <w:szCs w:val="28"/>
          <w:lang w:val="de-DE"/>
        </w:rPr>
      </w:pPr>
      <w:r w:rsidRPr="002F513B">
        <w:rPr>
          <w:color w:val="4F81BD" w:themeColor="accent1"/>
          <w:sz w:val="28"/>
          <w:szCs w:val="28"/>
          <w:lang w:val="de-DE"/>
        </w:rPr>
        <w:t>4. doch wir steh’n hier, korrekt und echt.</w:t>
      </w:r>
    </w:p>
    <w:p w14:paraId="6EDA721D" w14:textId="77777777" w:rsidR="00D34112" w:rsidRPr="002F513B" w:rsidRDefault="005B19FC">
      <w:pPr>
        <w:rPr>
          <w:color w:val="4F81BD" w:themeColor="accent1"/>
          <w:sz w:val="28"/>
          <w:szCs w:val="28"/>
          <w:lang w:val="de-DE"/>
        </w:rPr>
      </w:pPr>
      <w:r w:rsidRPr="002F513B">
        <w:rPr>
          <w:color w:val="4F81BD" w:themeColor="accent1"/>
          <w:sz w:val="28"/>
          <w:szCs w:val="28"/>
          <w:lang w:val="de-DE"/>
        </w:rPr>
        <w:t>5. Der Platz ist alt, der Platz ist leer,</w:t>
      </w:r>
    </w:p>
    <w:p w14:paraId="4D58A777" w14:textId="77777777" w:rsidR="00D34112" w:rsidRPr="002F513B" w:rsidRDefault="005B19FC">
      <w:pPr>
        <w:rPr>
          <w:color w:val="4F81BD" w:themeColor="accent1"/>
          <w:sz w:val="28"/>
          <w:szCs w:val="28"/>
          <w:lang w:val="de-DE"/>
        </w:rPr>
      </w:pPr>
      <w:r w:rsidRPr="002F513B">
        <w:rPr>
          <w:color w:val="4F81BD" w:themeColor="accent1"/>
          <w:sz w:val="28"/>
          <w:szCs w:val="28"/>
          <w:lang w:val="de-DE"/>
        </w:rPr>
        <w:t>6. doch wir woll'n mehr – da geht noch mehr!</w:t>
      </w:r>
    </w:p>
    <w:p w14:paraId="5D1D4D7B" w14:textId="77777777" w:rsidR="00D34112" w:rsidRPr="002F513B" w:rsidRDefault="005B19FC">
      <w:pPr>
        <w:rPr>
          <w:color w:val="9BBB59" w:themeColor="accent3"/>
          <w:sz w:val="28"/>
          <w:szCs w:val="28"/>
          <w:lang w:val="de-DE"/>
        </w:rPr>
      </w:pPr>
      <w:r w:rsidRPr="002F513B">
        <w:rPr>
          <w:color w:val="9BBB59" w:themeColor="accent3"/>
          <w:sz w:val="28"/>
          <w:szCs w:val="28"/>
          <w:lang w:val="de-DE"/>
        </w:rPr>
        <w:t>7. Die Jugend schweigt nicht – sagt was geht,</w:t>
      </w:r>
    </w:p>
    <w:p w14:paraId="48324BF0" w14:textId="77777777" w:rsidR="00D34112" w:rsidRPr="002F513B" w:rsidRDefault="005B19FC">
      <w:pPr>
        <w:rPr>
          <w:color w:val="9BBB59" w:themeColor="accent3"/>
          <w:sz w:val="28"/>
          <w:szCs w:val="28"/>
          <w:lang w:val="de-DE"/>
        </w:rPr>
      </w:pPr>
      <w:r w:rsidRPr="002F513B">
        <w:rPr>
          <w:color w:val="9BBB59" w:themeColor="accent3"/>
          <w:sz w:val="28"/>
          <w:szCs w:val="28"/>
          <w:lang w:val="de-DE"/>
        </w:rPr>
        <w:t>8. und zeigt, was auf den Straßen steht.</w:t>
      </w:r>
    </w:p>
    <w:p w14:paraId="4C981160" w14:textId="77777777" w:rsidR="00D34112" w:rsidRPr="002F513B" w:rsidRDefault="005B19FC">
      <w:pPr>
        <w:rPr>
          <w:color w:val="9BBB59" w:themeColor="accent3"/>
          <w:sz w:val="28"/>
          <w:szCs w:val="28"/>
          <w:lang w:val="de-DE"/>
        </w:rPr>
      </w:pPr>
      <w:r w:rsidRPr="002F513B">
        <w:rPr>
          <w:color w:val="9BBB59" w:themeColor="accent3"/>
          <w:sz w:val="28"/>
          <w:szCs w:val="28"/>
          <w:lang w:val="de-DE"/>
        </w:rPr>
        <w:t>9. Wir sind bereit, wir sind am Start,</w:t>
      </w:r>
    </w:p>
    <w:p w14:paraId="00DF6BE4" w14:textId="1E150887" w:rsidR="00D34112" w:rsidRPr="002F513B" w:rsidRDefault="005B19FC">
      <w:pPr>
        <w:rPr>
          <w:color w:val="9BBB59" w:themeColor="accent3"/>
          <w:sz w:val="28"/>
          <w:szCs w:val="28"/>
          <w:lang w:val="de-DE"/>
        </w:rPr>
      </w:pPr>
      <w:r w:rsidRPr="002F513B">
        <w:rPr>
          <w:color w:val="9BBB59" w:themeColor="accent3"/>
          <w:sz w:val="28"/>
          <w:szCs w:val="28"/>
          <w:lang w:val="de-DE"/>
        </w:rPr>
        <w:t>10. und tragen uns</w:t>
      </w:r>
      <w:r w:rsidR="00B12FFD" w:rsidRPr="002F513B">
        <w:rPr>
          <w:color w:val="9BBB59" w:themeColor="accent3"/>
          <w:sz w:val="28"/>
          <w:szCs w:val="28"/>
          <w:lang w:val="de-DE"/>
        </w:rPr>
        <w:t>‘</w:t>
      </w:r>
      <w:r w:rsidRPr="002F513B">
        <w:rPr>
          <w:color w:val="9BBB59" w:themeColor="accent3"/>
          <w:sz w:val="28"/>
          <w:szCs w:val="28"/>
          <w:lang w:val="de-DE"/>
        </w:rPr>
        <w:t>re</w:t>
      </w:r>
      <w:r w:rsidRPr="002F513B">
        <w:rPr>
          <w:color w:val="9BBB59" w:themeColor="accent3"/>
          <w:sz w:val="28"/>
          <w:szCs w:val="28"/>
          <w:lang w:val="de-DE"/>
        </w:rPr>
        <w:t xml:space="preserve"> Sorgen hart.</w:t>
      </w:r>
    </w:p>
    <w:p w14:paraId="163ABF68" w14:textId="77777777" w:rsidR="00D34112" w:rsidRPr="002F513B" w:rsidRDefault="005B19FC">
      <w:pPr>
        <w:rPr>
          <w:color w:val="9BBB59" w:themeColor="accent3"/>
          <w:sz w:val="28"/>
          <w:szCs w:val="28"/>
          <w:lang w:val="de-DE"/>
        </w:rPr>
      </w:pPr>
      <w:r w:rsidRPr="002F513B">
        <w:rPr>
          <w:color w:val="9BBB59" w:themeColor="accent3"/>
          <w:sz w:val="28"/>
          <w:szCs w:val="28"/>
          <w:lang w:val="de-DE"/>
        </w:rPr>
        <w:t>11. Doch jetzt wird klar, was wirklich zählt:</w:t>
      </w:r>
    </w:p>
    <w:p w14:paraId="66CDA763" w14:textId="77777777" w:rsidR="00D34112" w:rsidRPr="002F513B" w:rsidRDefault="005B19FC">
      <w:pPr>
        <w:rPr>
          <w:color w:val="9BBB59" w:themeColor="accent3"/>
          <w:sz w:val="28"/>
          <w:szCs w:val="28"/>
          <w:lang w:val="de-DE"/>
        </w:rPr>
      </w:pPr>
      <w:r w:rsidRPr="002F513B">
        <w:rPr>
          <w:color w:val="9BBB59" w:themeColor="accent3"/>
          <w:sz w:val="28"/>
          <w:szCs w:val="28"/>
          <w:lang w:val="de-DE"/>
        </w:rPr>
        <w:lastRenderedPageBreak/>
        <w:t>12. Wenn man sich bewegt, wird was gewählt.</w:t>
      </w:r>
    </w:p>
    <w:p w14:paraId="7A9B658E" w14:textId="77777777" w:rsidR="00D34112" w:rsidRPr="002F513B" w:rsidRDefault="005B19FC">
      <w:pPr>
        <w:rPr>
          <w:color w:val="F79646" w:themeColor="accent6"/>
          <w:sz w:val="28"/>
          <w:szCs w:val="28"/>
          <w:lang w:val="de-DE"/>
        </w:rPr>
      </w:pPr>
      <w:r w:rsidRPr="002F513B">
        <w:rPr>
          <w:color w:val="F79646" w:themeColor="accent6"/>
          <w:sz w:val="28"/>
          <w:szCs w:val="28"/>
          <w:lang w:val="de-DE"/>
        </w:rPr>
        <w:t>13. Wir geben nicht auf – wir steh’n dafür,</w:t>
      </w:r>
    </w:p>
    <w:p w14:paraId="3693DFFD" w14:textId="15960F72" w:rsidR="00D34112" w:rsidRPr="002F513B" w:rsidRDefault="005B19FC">
      <w:pPr>
        <w:rPr>
          <w:color w:val="F79646" w:themeColor="accent6"/>
          <w:sz w:val="28"/>
          <w:szCs w:val="28"/>
          <w:lang w:val="de-DE"/>
        </w:rPr>
      </w:pPr>
      <w:r w:rsidRPr="002F513B">
        <w:rPr>
          <w:color w:val="F79646" w:themeColor="accent6"/>
          <w:sz w:val="28"/>
          <w:szCs w:val="28"/>
          <w:lang w:val="de-DE"/>
        </w:rPr>
        <w:t>14. dass sich  was ändert – jetzt und hier!</w:t>
      </w:r>
    </w:p>
    <w:p w14:paraId="6204B9DC" w14:textId="77777777" w:rsidR="00D34112" w:rsidRPr="002F513B" w:rsidRDefault="005B19FC">
      <w:pPr>
        <w:rPr>
          <w:color w:val="F79646" w:themeColor="accent6"/>
          <w:sz w:val="28"/>
          <w:szCs w:val="28"/>
          <w:lang w:val="de-DE"/>
        </w:rPr>
      </w:pPr>
      <w:r w:rsidRPr="002F513B">
        <w:rPr>
          <w:color w:val="F79646" w:themeColor="accent6"/>
          <w:sz w:val="28"/>
          <w:szCs w:val="28"/>
          <w:lang w:val="de-DE"/>
        </w:rPr>
        <w:t>15. Wir sind die Stimme, die ihr nicht seht –</w:t>
      </w:r>
    </w:p>
    <w:p w14:paraId="6A5B1BAA" w14:textId="77777777" w:rsidR="00D34112" w:rsidRPr="002F513B" w:rsidRDefault="005B19FC">
      <w:pPr>
        <w:rPr>
          <w:color w:val="F79646" w:themeColor="accent6"/>
          <w:sz w:val="28"/>
          <w:szCs w:val="28"/>
          <w:lang w:val="de-DE"/>
        </w:rPr>
      </w:pPr>
      <w:r w:rsidRPr="002F513B">
        <w:rPr>
          <w:color w:val="F79646" w:themeColor="accent6"/>
          <w:sz w:val="28"/>
          <w:szCs w:val="28"/>
          <w:lang w:val="de-DE"/>
        </w:rPr>
        <w:t>16. doch unser Beat ist das, was geht!</w:t>
      </w:r>
    </w:p>
    <w:p w14:paraId="1185A902" w14:textId="77777777" w:rsidR="00043177" w:rsidRPr="001D382B" w:rsidRDefault="00043177">
      <w:pPr>
        <w:rPr>
          <w:sz w:val="28"/>
          <w:szCs w:val="28"/>
          <w:lang w:val="de-DE"/>
        </w:rPr>
      </w:pPr>
    </w:p>
    <w:p w14:paraId="63BDCAF9" w14:textId="77777777" w:rsidR="00043177" w:rsidRPr="001D382B" w:rsidRDefault="00043177">
      <w:pPr>
        <w:rPr>
          <w:sz w:val="28"/>
          <w:szCs w:val="28"/>
          <w:lang w:val="de-DE"/>
        </w:rPr>
      </w:pPr>
    </w:p>
    <w:p w14:paraId="14853A7A" w14:textId="4FB166B3" w:rsidR="00D34112" w:rsidRPr="002F513B" w:rsidRDefault="005B19FC">
      <w:pPr>
        <w:rPr>
          <w:color w:val="8064A2" w:themeColor="accent4"/>
          <w:sz w:val="28"/>
          <w:szCs w:val="28"/>
          <w:lang w:val="de-DE"/>
        </w:rPr>
      </w:pPr>
      <w:r w:rsidRPr="002F513B">
        <w:rPr>
          <w:color w:val="8064A2" w:themeColor="accent4"/>
          <w:sz w:val="28"/>
          <w:szCs w:val="28"/>
          <w:lang w:val="de-DE"/>
        </w:rPr>
        <w:t>1. Pass den Ball wie Kroos im Spiel,</w:t>
      </w:r>
    </w:p>
    <w:p w14:paraId="56211DFB" w14:textId="29493F6F" w:rsidR="00D34112" w:rsidRPr="002F513B" w:rsidRDefault="005B19FC">
      <w:pPr>
        <w:rPr>
          <w:color w:val="8064A2" w:themeColor="accent4"/>
          <w:sz w:val="28"/>
          <w:szCs w:val="28"/>
          <w:lang w:val="de-DE"/>
        </w:rPr>
      </w:pPr>
      <w:r w:rsidRPr="002F513B">
        <w:rPr>
          <w:color w:val="8064A2" w:themeColor="accent4"/>
          <w:sz w:val="28"/>
          <w:szCs w:val="28"/>
          <w:lang w:val="de-DE"/>
        </w:rPr>
        <w:t>2. zielgenau und mit Gef</w:t>
      </w:r>
      <w:r w:rsidR="00B65F23" w:rsidRPr="002F513B">
        <w:rPr>
          <w:color w:val="8064A2" w:themeColor="accent4"/>
          <w:sz w:val="28"/>
          <w:szCs w:val="28"/>
          <w:lang w:val="de-DE"/>
        </w:rPr>
        <w:t>üü</w:t>
      </w:r>
      <w:r w:rsidRPr="002F513B">
        <w:rPr>
          <w:color w:val="8064A2" w:themeColor="accent4"/>
          <w:sz w:val="28"/>
          <w:szCs w:val="28"/>
          <w:lang w:val="de-DE"/>
        </w:rPr>
        <w:t>ühl.</w:t>
      </w:r>
    </w:p>
    <w:p w14:paraId="4F8800D9" w14:textId="555350B2" w:rsidR="00D34112" w:rsidRPr="002F513B" w:rsidRDefault="005B19FC">
      <w:pPr>
        <w:rPr>
          <w:color w:val="8064A2" w:themeColor="accent4"/>
          <w:sz w:val="28"/>
          <w:szCs w:val="28"/>
          <w:lang w:val="de-DE"/>
        </w:rPr>
      </w:pPr>
      <w:r w:rsidRPr="002F513B">
        <w:rPr>
          <w:color w:val="8064A2" w:themeColor="accent4"/>
          <w:sz w:val="28"/>
          <w:szCs w:val="28"/>
          <w:lang w:val="de-DE"/>
        </w:rPr>
        <w:t>3. Uns</w:t>
      </w:r>
      <w:r w:rsidR="007A1AAE" w:rsidRPr="002F513B">
        <w:rPr>
          <w:color w:val="8064A2" w:themeColor="accent4"/>
          <w:sz w:val="28"/>
          <w:szCs w:val="28"/>
          <w:lang w:val="de-DE"/>
        </w:rPr>
        <w:t>‘</w:t>
      </w:r>
      <w:r w:rsidRPr="002F513B">
        <w:rPr>
          <w:color w:val="8064A2" w:themeColor="accent4"/>
          <w:sz w:val="28"/>
          <w:szCs w:val="28"/>
          <w:lang w:val="de-DE"/>
        </w:rPr>
        <w:t>re Message sitzt ganz echt,</w:t>
      </w:r>
    </w:p>
    <w:p w14:paraId="2F95566E" w14:textId="39753797" w:rsidR="00D34112" w:rsidRPr="002F513B" w:rsidRDefault="005B19FC">
      <w:pPr>
        <w:rPr>
          <w:color w:val="8064A2" w:themeColor="accent4"/>
          <w:sz w:val="28"/>
          <w:szCs w:val="28"/>
          <w:lang w:val="de-DE"/>
        </w:rPr>
      </w:pPr>
      <w:r w:rsidRPr="002F513B">
        <w:rPr>
          <w:color w:val="8064A2" w:themeColor="accent4"/>
          <w:sz w:val="28"/>
          <w:szCs w:val="28"/>
          <w:lang w:val="de-DE"/>
        </w:rPr>
        <w:t xml:space="preserve">4. die Jugend hier ist laut und </w:t>
      </w:r>
      <w:r w:rsidR="007A1AAE" w:rsidRPr="002F513B">
        <w:rPr>
          <w:color w:val="8064A2" w:themeColor="accent4"/>
          <w:sz w:val="28"/>
          <w:szCs w:val="28"/>
          <w:lang w:val="de-DE"/>
        </w:rPr>
        <w:t>fr</w:t>
      </w:r>
      <w:r w:rsidRPr="002F513B">
        <w:rPr>
          <w:color w:val="8064A2" w:themeColor="accent4"/>
          <w:sz w:val="28"/>
          <w:szCs w:val="28"/>
          <w:lang w:val="de-DE"/>
        </w:rPr>
        <w:t>ech.</w:t>
      </w:r>
    </w:p>
    <w:p w14:paraId="0F218C63" w14:textId="58B3CE34" w:rsidR="00D34112" w:rsidRPr="002F513B" w:rsidRDefault="005B19FC">
      <w:pPr>
        <w:rPr>
          <w:color w:val="8064A2" w:themeColor="accent4"/>
          <w:sz w:val="28"/>
          <w:szCs w:val="28"/>
          <w:lang w:val="de-DE"/>
        </w:rPr>
      </w:pPr>
      <w:r w:rsidRPr="002F513B">
        <w:rPr>
          <w:color w:val="8064A2" w:themeColor="accent4"/>
          <w:sz w:val="28"/>
          <w:szCs w:val="28"/>
          <w:lang w:val="de-DE"/>
        </w:rPr>
        <w:t>5. Der Bürgermeister hört uns jetzt</w:t>
      </w:r>
      <w:r w:rsidR="007A1AAE" w:rsidRPr="002F513B">
        <w:rPr>
          <w:color w:val="8064A2" w:themeColor="accent4"/>
          <w:sz w:val="28"/>
          <w:szCs w:val="28"/>
          <w:lang w:val="de-DE"/>
        </w:rPr>
        <w:t xml:space="preserve"> zu</w:t>
      </w:r>
      <w:r w:rsidRPr="002F513B">
        <w:rPr>
          <w:color w:val="8064A2" w:themeColor="accent4"/>
          <w:sz w:val="28"/>
          <w:szCs w:val="28"/>
          <w:lang w:val="de-DE"/>
        </w:rPr>
        <w:t>,</w:t>
      </w:r>
    </w:p>
    <w:p w14:paraId="15135DF3" w14:textId="2A2AFB20" w:rsidR="00D34112" w:rsidRPr="002F513B" w:rsidRDefault="005B19FC">
      <w:pPr>
        <w:rPr>
          <w:color w:val="8064A2" w:themeColor="accent4"/>
          <w:sz w:val="28"/>
          <w:szCs w:val="28"/>
          <w:lang w:val="de-DE"/>
        </w:rPr>
      </w:pPr>
      <w:r w:rsidRPr="002F513B">
        <w:rPr>
          <w:color w:val="8064A2" w:themeColor="accent4"/>
          <w:sz w:val="28"/>
          <w:szCs w:val="28"/>
          <w:lang w:val="de-DE"/>
        </w:rPr>
        <w:t>6. weil uns</w:t>
      </w:r>
      <w:r w:rsidR="002268D2">
        <w:rPr>
          <w:color w:val="8064A2" w:themeColor="accent4"/>
          <w:sz w:val="28"/>
          <w:szCs w:val="28"/>
          <w:lang w:val="de-DE"/>
        </w:rPr>
        <w:t>‘</w:t>
      </w:r>
      <w:r w:rsidRPr="002F513B">
        <w:rPr>
          <w:color w:val="8064A2" w:themeColor="accent4"/>
          <w:sz w:val="28"/>
          <w:szCs w:val="28"/>
          <w:lang w:val="de-DE"/>
        </w:rPr>
        <w:t xml:space="preserve">re Stimme </w:t>
      </w:r>
      <w:r w:rsidR="007A1AAE" w:rsidRPr="002F513B">
        <w:rPr>
          <w:color w:val="8064A2" w:themeColor="accent4"/>
          <w:sz w:val="28"/>
          <w:szCs w:val="28"/>
          <w:lang w:val="de-DE"/>
        </w:rPr>
        <w:t>geht ganz guuut</w:t>
      </w:r>
      <w:r w:rsidRPr="002F513B">
        <w:rPr>
          <w:color w:val="8064A2" w:themeColor="accent4"/>
          <w:sz w:val="28"/>
          <w:szCs w:val="28"/>
          <w:lang w:val="de-DE"/>
        </w:rPr>
        <w:t>.</w:t>
      </w:r>
    </w:p>
    <w:p w14:paraId="2307FEA8" w14:textId="77777777" w:rsidR="00D34112" w:rsidRPr="002F513B" w:rsidRDefault="005B19FC">
      <w:pPr>
        <w:rPr>
          <w:color w:val="8064A2" w:themeColor="accent4"/>
          <w:sz w:val="28"/>
          <w:szCs w:val="28"/>
          <w:lang w:val="de-DE"/>
        </w:rPr>
      </w:pPr>
      <w:r w:rsidRPr="002F513B">
        <w:rPr>
          <w:color w:val="8064A2" w:themeColor="accent4"/>
          <w:sz w:val="28"/>
          <w:szCs w:val="28"/>
          <w:lang w:val="de-DE"/>
        </w:rPr>
        <w:t>7. Lad uns ein – wir bring’n den Plan,</w:t>
      </w:r>
    </w:p>
    <w:p w14:paraId="04C14289" w14:textId="77777777" w:rsidR="00D34112" w:rsidRPr="002F513B" w:rsidRDefault="005B19FC">
      <w:pPr>
        <w:rPr>
          <w:color w:val="8064A2" w:themeColor="accent4"/>
          <w:sz w:val="28"/>
          <w:szCs w:val="28"/>
          <w:lang w:val="de-DE"/>
        </w:rPr>
      </w:pPr>
      <w:r w:rsidRPr="002F513B">
        <w:rPr>
          <w:color w:val="8064A2" w:themeColor="accent4"/>
          <w:sz w:val="28"/>
          <w:szCs w:val="28"/>
          <w:lang w:val="de-DE"/>
        </w:rPr>
        <w:t>8. wir steh’n bereit, Mann, fang schon an!</w:t>
      </w:r>
    </w:p>
    <w:p w14:paraId="178719AD" w14:textId="77777777" w:rsidR="00043177" w:rsidRPr="001D382B" w:rsidRDefault="00043177">
      <w:pPr>
        <w:rPr>
          <w:sz w:val="28"/>
          <w:szCs w:val="28"/>
          <w:lang w:val="de-DE"/>
        </w:rPr>
      </w:pPr>
    </w:p>
    <w:p w14:paraId="7AABB7F8" w14:textId="2761E041" w:rsidR="00D34112" w:rsidRPr="00C06192" w:rsidRDefault="00043177" w:rsidP="00C06192">
      <w:pPr>
        <w:pStyle w:val="Listenabsatz"/>
        <w:numPr>
          <w:ilvl w:val="0"/>
          <w:numId w:val="10"/>
        </w:numPr>
        <w:spacing w:line="360" w:lineRule="auto"/>
        <w:rPr>
          <w:color w:val="F79646" w:themeColor="accent6"/>
          <w:sz w:val="28"/>
          <w:szCs w:val="28"/>
          <w:lang w:val="de-DE"/>
        </w:rPr>
      </w:pPr>
      <w:r w:rsidRPr="00C06192">
        <w:rPr>
          <w:color w:val="F79646" w:themeColor="accent6"/>
          <w:sz w:val="28"/>
          <w:szCs w:val="28"/>
          <w:lang w:val="de-DE"/>
        </w:rPr>
        <w:t>Denn wir sind’s, um was es geht –</w:t>
      </w:r>
      <w:r w:rsidRPr="00C06192">
        <w:rPr>
          <w:color w:val="F79646" w:themeColor="accent6"/>
          <w:sz w:val="28"/>
          <w:szCs w:val="28"/>
          <w:lang w:val="de-DE"/>
        </w:rPr>
        <w:br/>
        <w:t xml:space="preserve">2. wenn keiner mehr redet, </w:t>
      </w:r>
      <w:r w:rsidR="001670AE" w:rsidRPr="00C06192">
        <w:rPr>
          <w:color w:val="F79646" w:themeColor="accent6"/>
          <w:sz w:val="28"/>
          <w:szCs w:val="28"/>
          <w:lang w:val="de-DE"/>
        </w:rPr>
        <w:t xml:space="preserve">dann </w:t>
      </w:r>
      <w:r w:rsidRPr="00C06192">
        <w:rPr>
          <w:color w:val="F79646" w:themeColor="accent6"/>
          <w:sz w:val="28"/>
          <w:szCs w:val="28"/>
          <w:lang w:val="de-DE"/>
        </w:rPr>
        <w:t>ist</w:t>
      </w:r>
      <w:r w:rsidR="001670AE" w:rsidRPr="00C06192">
        <w:rPr>
          <w:color w:val="F79646" w:themeColor="accent6"/>
          <w:sz w:val="28"/>
          <w:szCs w:val="28"/>
          <w:lang w:val="de-DE"/>
        </w:rPr>
        <w:t xml:space="preserve"> es</w:t>
      </w:r>
      <w:r w:rsidRPr="00C06192">
        <w:rPr>
          <w:color w:val="F79646" w:themeColor="accent6"/>
          <w:sz w:val="28"/>
          <w:szCs w:val="28"/>
          <w:lang w:val="de-DE"/>
        </w:rPr>
        <w:t xml:space="preserve"> zu spät.</w:t>
      </w:r>
    </w:p>
    <w:p w14:paraId="42A01822" w14:textId="77777777" w:rsidR="00FD4458" w:rsidRDefault="00FD4458" w:rsidP="00FD4458">
      <w:pPr>
        <w:spacing w:line="360" w:lineRule="auto"/>
        <w:rPr>
          <w:color w:val="F79646" w:themeColor="accent6"/>
          <w:sz w:val="28"/>
          <w:szCs w:val="28"/>
          <w:lang w:val="de-DE"/>
        </w:rPr>
      </w:pPr>
    </w:p>
    <w:p w14:paraId="0254DDF8" w14:textId="77777777" w:rsidR="00FD4458" w:rsidRDefault="00FD4458" w:rsidP="00FD4458">
      <w:pPr>
        <w:spacing w:line="360" w:lineRule="auto"/>
        <w:rPr>
          <w:color w:val="F79646" w:themeColor="accent6"/>
          <w:sz w:val="28"/>
          <w:szCs w:val="28"/>
          <w:lang w:val="de-DE"/>
        </w:rPr>
      </w:pPr>
    </w:p>
    <w:p w14:paraId="43DB0990" w14:textId="51088A3C" w:rsidR="00FD4458" w:rsidRDefault="00FD4458" w:rsidP="00FD4458">
      <w:pPr>
        <w:spacing w:line="360" w:lineRule="auto"/>
        <w:jc w:val="right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02.07.2025</w:t>
      </w:r>
    </w:p>
    <w:p w14:paraId="14C5662E" w14:textId="2A391750" w:rsidR="00FD4458" w:rsidRPr="00FD4458" w:rsidRDefault="00FD4458" w:rsidP="00FD4458">
      <w:pPr>
        <w:spacing w:line="360" w:lineRule="auto"/>
        <w:jc w:val="right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Vers. 0.2</w:t>
      </w:r>
    </w:p>
    <w:sectPr w:rsidR="00FD4458" w:rsidRPr="00FD445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91050EF"/>
    <w:multiLevelType w:val="hybridMultilevel"/>
    <w:tmpl w:val="FF26EEF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9671177">
    <w:abstractNumId w:val="8"/>
  </w:num>
  <w:num w:numId="2" w16cid:durableId="1452046516">
    <w:abstractNumId w:val="6"/>
  </w:num>
  <w:num w:numId="3" w16cid:durableId="1814981446">
    <w:abstractNumId w:val="5"/>
  </w:num>
  <w:num w:numId="4" w16cid:durableId="61805268">
    <w:abstractNumId w:val="4"/>
  </w:num>
  <w:num w:numId="5" w16cid:durableId="1101148149">
    <w:abstractNumId w:val="7"/>
  </w:num>
  <w:num w:numId="6" w16cid:durableId="1698509417">
    <w:abstractNumId w:val="3"/>
  </w:num>
  <w:num w:numId="7" w16cid:durableId="1239438636">
    <w:abstractNumId w:val="2"/>
  </w:num>
  <w:num w:numId="8" w16cid:durableId="1570993587">
    <w:abstractNumId w:val="1"/>
  </w:num>
  <w:num w:numId="9" w16cid:durableId="208608909">
    <w:abstractNumId w:val="0"/>
  </w:num>
  <w:num w:numId="10" w16cid:durableId="10127009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43177"/>
    <w:rsid w:val="0006063C"/>
    <w:rsid w:val="00064DEC"/>
    <w:rsid w:val="00081F44"/>
    <w:rsid w:val="00136A30"/>
    <w:rsid w:val="0015074B"/>
    <w:rsid w:val="001670AE"/>
    <w:rsid w:val="001D382B"/>
    <w:rsid w:val="002268D2"/>
    <w:rsid w:val="0029639D"/>
    <w:rsid w:val="002C3FFB"/>
    <w:rsid w:val="002F513B"/>
    <w:rsid w:val="00326F90"/>
    <w:rsid w:val="005B19FC"/>
    <w:rsid w:val="007116CE"/>
    <w:rsid w:val="007903D0"/>
    <w:rsid w:val="007A1AAE"/>
    <w:rsid w:val="00A04F5E"/>
    <w:rsid w:val="00AA1D8D"/>
    <w:rsid w:val="00AB0AD9"/>
    <w:rsid w:val="00B12FFD"/>
    <w:rsid w:val="00B47730"/>
    <w:rsid w:val="00B65F23"/>
    <w:rsid w:val="00C06192"/>
    <w:rsid w:val="00C45738"/>
    <w:rsid w:val="00CB0664"/>
    <w:rsid w:val="00D079CF"/>
    <w:rsid w:val="00D34112"/>
    <w:rsid w:val="00EA3C20"/>
    <w:rsid w:val="00FC693F"/>
    <w:rsid w:val="00FD4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D77F35"/>
  <w14:defaultImageDpi w14:val="300"/>
  <w15:docId w15:val="{01AB9726-A323-4D0A-B99A-AFACC6BD1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Datum">
    <w:name w:val="Date"/>
    <w:basedOn w:val="Standard"/>
    <w:next w:val="Standard"/>
    <w:link w:val="DatumZchn"/>
    <w:uiPriority w:val="99"/>
    <w:semiHidden/>
    <w:unhideWhenUsed/>
    <w:rsid w:val="00FD4458"/>
  </w:style>
  <w:style w:type="character" w:customStyle="1" w:styleId="DatumZchn">
    <w:name w:val="Datum Zchn"/>
    <w:basedOn w:val="Absatz-Standardschriftart"/>
    <w:link w:val="Datum"/>
    <w:uiPriority w:val="99"/>
    <w:semiHidden/>
    <w:rsid w:val="00FD44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197</Words>
  <Characters>1247</Characters>
  <Application>Microsoft Office Word</Application>
  <DocSecurity>0</DocSecurity>
  <Lines>10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1442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Aris Dimitriou</cp:lastModifiedBy>
  <cp:revision>16</cp:revision>
  <dcterms:created xsi:type="dcterms:W3CDTF">2013-12-23T23:15:00Z</dcterms:created>
  <dcterms:modified xsi:type="dcterms:W3CDTF">2025-07-02T11:33:00Z</dcterms:modified>
  <cp:category/>
</cp:coreProperties>
</file>