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70CA8" w14:textId="7C3602DB" w:rsidR="009533F8" w:rsidRPr="00D47F76" w:rsidRDefault="00820993" w:rsidP="00820993">
      <w:r w:rsidRPr="00D47F76">
        <w:t>(Anschrift Krankenkasse)</w:t>
      </w:r>
    </w:p>
    <w:p w14:paraId="5E7D1926" w14:textId="5F32F252" w:rsidR="0040120E" w:rsidRPr="00D47F76" w:rsidRDefault="00000000">
      <w:pPr>
        <w:pStyle w:val="berschrift1"/>
      </w:pPr>
      <w:r w:rsidRPr="00D47F76">
        <w:t>Hilfsmittelantrag für die gesetzliche Krankenkasse</w:t>
      </w:r>
    </w:p>
    <w:p w14:paraId="306CF655" w14:textId="77777777" w:rsidR="009533F8" w:rsidRPr="00D47F76" w:rsidRDefault="009533F8"/>
    <w:p w14:paraId="003AA00C" w14:textId="65EF8277" w:rsidR="0040120E" w:rsidRPr="00D47F76" w:rsidRDefault="00000000">
      <w:r w:rsidRPr="00D47F76">
        <w:t>Sehr geehrte Damen und Herren,</w:t>
      </w:r>
    </w:p>
    <w:p w14:paraId="641AACA5" w14:textId="77777777" w:rsidR="0040120E" w:rsidRPr="00D47F76" w:rsidRDefault="00000000">
      <w:r w:rsidRPr="00D47F76">
        <w:t>hiermit beantrage ich die Versorgung mit dem Telepräsenzavatar "AV1" zur Teilnahme am Schulunterricht. Das Gerät ist derzeit nicht im Hilfsmittelkatalog gelistet, wird jedoch zur Sicherstellung der schulischen und sozialen Teilhabe benötigt.</w:t>
      </w:r>
    </w:p>
    <w:p w14:paraId="6E5E304C" w14:textId="77777777" w:rsidR="0040120E" w:rsidRPr="00D47F76" w:rsidRDefault="00000000">
      <w:pPr>
        <w:pStyle w:val="berschrift2"/>
      </w:pPr>
      <w:r w:rsidRPr="00D47F76">
        <w:t>1. Angaben zur versicherten Person</w:t>
      </w:r>
    </w:p>
    <w:p w14:paraId="2E6FD397" w14:textId="77777777" w:rsidR="0040120E" w:rsidRPr="00D47F76" w:rsidRDefault="00000000">
      <w:r w:rsidRPr="00D47F76">
        <w:t>Name: ______________________________</w:t>
      </w:r>
    </w:p>
    <w:p w14:paraId="131504A0" w14:textId="77777777" w:rsidR="0040120E" w:rsidRPr="00D47F76" w:rsidRDefault="00000000">
      <w:r w:rsidRPr="00D47F76">
        <w:t>Versichertennummer: ______________________________</w:t>
      </w:r>
    </w:p>
    <w:p w14:paraId="285F2D84" w14:textId="77777777" w:rsidR="0040120E" w:rsidRDefault="00000000">
      <w:r w:rsidRPr="00D47F76">
        <w:t>Anschrift: ______________________________</w:t>
      </w:r>
    </w:p>
    <w:p w14:paraId="3BA56233" w14:textId="7533456B" w:rsidR="00F9549F" w:rsidRPr="00D47F76" w:rsidRDefault="00F9549F">
      <w:r>
        <w:t>(ggf. Angaben zum Kind und zur Schule ergänzen)</w:t>
      </w:r>
    </w:p>
    <w:p w14:paraId="6661EE0D" w14:textId="77777777" w:rsidR="0040120E" w:rsidRPr="00D47F76" w:rsidRDefault="00000000">
      <w:pPr>
        <w:pStyle w:val="berschrift2"/>
      </w:pPr>
      <w:r w:rsidRPr="00D47F76">
        <w:t>2. Angaben zum beantragten Hilfsmittel</w:t>
      </w:r>
    </w:p>
    <w:p w14:paraId="55F66567" w14:textId="77777777" w:rsidR="0040120E" w:rsidRPr="00D47F76" w:rsidRDefault="00000000">
      <w:r w:rsidRPr="00D47F76">
        <w:t>Bezeichnung des Hilfsmittels: Telepräsenzavatar "AV1"</w:t>
      </w:r>
    </w:p>
    <w:p w14:paraId="689D03D8" w14:textId="77777777" w:rsidR="0040120E" w:rsidRPr="00D47F76" w:rsidRDefault="00000000">
      <w:r w:rsidRPr="00D47F76">
        <w:t>Hersteller/Modell: No Isolation – AV1</w:t>
      </w:r>
    </w:p>
    <w:p w14:paraId="6AA97718" w14:textId="77777777" w:rsidR="0040120E" w:rsidRPr="00D47F76" w:rsidRDefault="00000000">
      <w:r w:rsidRPr="00D47F76">
        <w:t>Zweck: Teilnahme am Unterricht aus der Ferne bei längerer krankheitsbedingter Abwesenheit</w:t>
      </w:r>
    </w:p>
    <w:p w14:paraId="024AB6B4" w14:textId="323C7518" w:rsidR="0040120E" w:rsidRPr="00D47F76" w:rsidRDefault="00000000">
      <w:r w:rsidRPr="00D47F76">
        <w:t>Begründung der medizinischen Notwendigkeit: Der Telepräsenzavatar ermöglicht es dem Kind, trotz krankheitsbedingter Abwesenheit aktiv am Unterricht und am sozialen Klassengeschehen teilzunehmen. Dies beugt Isolation vor und unterstützt die schulische Entwicklung.</w:t>
      </w:r>
      <w:r w:rsidR="002057D6">
        <w:t xml:space="preserve"> </w:t>
      </w:r>
      <w:r w:rsidR="00AC31C2" w:rsidRPr="00D47F76">
        <w:t>Bei regelmäßiger Nut</w:t>
      </w:r>
      <w:r w:rsidR="00D670EB" w:rsidRPr="00D47F76">
        <w:t xml:space="preserve">zung ist durch den Avatar eine Versetzung ins nächste Schuljahr und ggf. </w:t>
      </w:r>
      <w:r w:rsidR="007D674C" w:rsidRPr="00D47F76">
        <w:t>s</w:t>
      </w:r>
      <w:r w:rsidR="00D670EB" w:rsidRPr="00D47F76">
        <w:t>ogar ein Schulabschluss.</w:t>
      </w:r>
    </w:p>
    <w:p w14:paraId="074FC8D9" w14:textId="77777777" w:rsidR="0040120E" w:rsidRPr="00D47F76" w:rsidRDefault="00000000">
      <w:pPr>
        <w:pStyle w:val="berschrift2"/>
      </w:pPr>
      <w:r w:rsidRPr="00D47F76">
        <w:t>3. Ärztliche Begründung / Verordnung</w:t>
      </w:r>
    </w:p>
    <w:p w14:paraId="1AD8DBD1" w14:textId="77777777" w:rsidR="0040120E" w:rsidRPr="00D47F76" w:rsidRDefault="00000000">
      <w:r w:rsidRPr="00D47F76">
        <w:t>Bitte ärztliche Verordnung beifügen oder medizinische Begründung eintragen:</w:t>
      </w:r>
    </w:p>
    <w:p w14:paraId="0C75A721" w14:textId="77777777" w:rsidR="0040120E" w:rsidRPr="00D47F76" w:rsidRDefault="00000000">
      <w:r w:rsidRPr="00D47F76">
        <w:t>________________________________________________</w:t>
      </w:r>
    </w:p>
    <w:p w14:paraId="189948C9" w14:textId="77777777" w:rsidR="0040120E" w:rsidRPr="00D47F76" w:rsidRDefault="00000000">
      <w:pPr>
        <w:pStyle w:val="berschrift2"/>
      </w:pPr>
      <w:r w:rsidRPr="00D47F76">
        <w:t>4. Kostenübersicht</w:t>
      </w:r>
    </w:p>
    <w:p w14:paraId="4B8A1428" w14:textId="53661975" w:rsidR="0040120E" w:rsidRPr="00D47F76" w:rsidRDefault="00000000">
      <w:r w:rsidRPr="00D47F76">
        <w:t>Voraussichtliche Kosten</w:t>
      </w:r>
      <w:r w:rsidR="009E4F90" w:rsidRPr="00D47F76">
        <w:t>: 200 bis 400 EUR pro Monat, je nach Miet</w:t>
      </w:r>
      <w:r w:rsidR="00782F5A" w:rsidRPr="00D47F76">
        <w:t xml:space="preserve">dauer. (Staffelpreise, je länger die Miete, desto </w:t>
      </w:r>
      <w:r w:rsidR="00BD6D7D" w:rsidRPr="00D47F76">
        <w:t>geringer</w:t>
      </w:r>
      <w:r w:rsidR="00782F5A" w:rsidRPr="00D47F76">
        <w:t xml:space="preserve"> die monatlichen Kosten. </w:t>
      </w:r>
      <w:r w:rsidR="001E2007" w:rsidRPr="00D47F76">
        <w:t>Bei Bedarf kann der Hersteller No Isolation oder das Medienzentrum Wiesbaden ein aktuelles Angebot vorlegen</w:t>
      </w:r>
      <w:r w:rsidR="006E6179" w:rsidRPr="00D47F76">
        <w:t xml:space="preserve"> (siehe beiliegendes Schreiben des Medienzentrums Wiesbaden).</w:t>
      </w:r>
    </w:p>
    <w:p w14:paraId="0B342F85" w14:textId="77777777" w:rsidR="0040120E" w:rsidRPr="00D47F76" w:rsidRDefault="00000000">
      <w:pPr>
        <w:pStyle w:val="berschrift2"/>
      </w:pPr>
      <w:r w:rsidRPr="00D47F76">
        <w:lastRenderedPageBreak/>
        <w:t>5. Begründung, warum das Hilfsmittel nicht im Hilfsmittelkatalog enthalten ist</w:t>
      </w:r>
    </w:p>
    <w:p w14:paraId="6C0FA92D" w14:textId="77777777" w:rsidR="0040120E" w:rsidRPr="00D47F76" w:rsidRDefault="00000000">
      <w:r w:rsidRPr="00D47F76">
        <w:t>Der Telepräsenzavatar "AV1" ist ein innovatives Hilfsmittel zur sozialen und schulischen Teilhabe. Aufgrund der neuartigen Technologie ist er noch nicht im Hilfsmittelkatalog gelistet, erfüllt jedoch eindeutig die Anforderungen eines Hilfsmittels gemäß §33 SGB V.</w:t>
      </w:r>
    </w:p>
    <w:p w14:paraId="2FDA1577" w14:textId="77777777" w:rsidR="0040120E" w:rsidRPr="00D47F76" w:rsidRDefault="00000000">
      <w:r w:rsidRPr="00D47F76">
        <w:t>Mit freundlichen Grüßen,</w:t>
      </w:r>
    </w:p>
    <w:p w14:paraId="5C764248" w14:textId="77777777" w:rsidR="0040120E" w:rsidRDefault="00000000">
      <w:r w:rsidRPr="00D47F76">
        <w:t>______________________________</w:t>
      </w:r>
    </w:p>
    <w:sectPr w:rsidR="0040120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1386022427">
    <w:abstractNumId w:val="8"/>
  </w:num>
  <w:num w:numId="2" w16cid:durableId="20475503">
    <w:abstractNumId w:val="6"/>
  </w:num>
  <w:num w:numId="3" w16cid:durableId="62989693">
    <w:abstractNumId w:val="5"/>
  </w:num>
  <w:num w:numId="4" w16cid:durableId="1168322994">
    <w:abstractNumId w:val="4"/>
  </w:num>
  <w:num w:numId="5" w16cid:durableId="1436443611">
    <w:abstractNumId w:val="7"/>
  </w:num>
  <w:num w:numId="6" w16cid:durableId="1080099899">
    <w:abstractNumId w:val="3"/>
  </w:num>
  <w:num w:numId="7" w16cid:durableId="1657299944">
    <w:abstractNumId w:val="2"/>
  </w:num>
  <w:num w:numId="8" w16cid:durableId="1948463801">
    <w:abstractNumId w:val="1"/>
  </w:num>
  <w:num w:numId="9" w16cid:durableId="471563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E2007"/>
    <w:rsid w:val="002057D6"/>
    <w:rsid w:val="0029639D"/>
    <w:rsid w:val="00326F90"/>
    <w:rsid w:val="0040120E"/>
    <w:rsid w:val="006E6179"/>
    <w:rsid w:val="00782F5A"/>
    <w:rsid w:val="007D674C"/>
    <w:rsid w:val="00820993"/>
    <w:rsid w:val="009533F8"/>
    <w:rsid w:val="009E4F90"/>
    <w:rsid w:val="00AA1D8D"/>
    <w:rsid w:val="00AC31C2"/>
    <w:rsid w:val="00AC3F24"/>
    <w:rsid w:val="00B47730"/>
    <w:rsid w:val="00BD6D7D"/>
    <w:rsid w:val="00CB0664"/>
    <w:rsid w:val="00D47F76"/>
    <w:rsid w:val="00D670EB"/>
    <w:rsid w:val="00D91CA8"/>
    <w:rsid w:val="00F9549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835CC2F-3AEA-44B2-90FF-2EAE5C486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rPr>
      <w:lang w:val="de-DE"/>
    </w:rPr>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223</Words>
  <Characters>1840</Characters>
  <Application>Microsoft Office Word</Application>
  <DocSecurity>0</DocSecurity>
  <Lines>37</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Michael Elster</cp:lastModifiedBy>
  <cp:revision>15</cp:revision>
  <dcterms:created xsi:type="dcterms:W3CDTF">2013-12-23T23:15:00Z</dcterms:created>
  <dcterms:modified xsi:type="dcterms:W3CDTF">2026-02-24T09:31:00Z</dcterms:modified>
  <cp:category/>
</cp:coreProperties>
</file>