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5D0F0" w14:textId="68B35591" w:rsidR="00056EDD" w:rsidRPr="00056EDD" w:rsidRDefault="00056EDD" w:rsidP="00056EDD">
      <w:pPr>
        <w:pStyle w:val="berschrift1"/>
        <w:spacing w:before="0" w:line="360" w:lineRule="auto"/>
        <w:rPr>
          <w:color w:val="auto"/>
          <w:sz w:val="24"/>
          <w:szCs w:val="24"/>
        </w:rPr>
      </w:pPr>
      <w:r w:rsidRPr="00056EDD">
        <w:rPr>
          <w:noProof/>
          <w:color w:val="auto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1CF9B90" wp14:editId="0F8CFEDC">
            <wp:simplePos x="0" y="0"/>
            <wp:positionH relativeFrom="column">
              <wp:posOffset>33020</wp:posOffset>
            </wp:positionH>
            <wp:positionV relativeFrom="paragraph">
              <wp:posOffset>20638</wp:posOffset>
            </wp:positionV>
            <wp:extent cx="1782384" cy="1219200"/>
            <wp:effectExtent l="0" t="0" r="8890" b="0"/>
            <wp:wrapNone/>
            <wp:docPr id="157101481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384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49BBC" w14:textId="47D701C0" w:rsidR="00056EDD" w:rsidRPr="00056EDD" w:rsidRDefault="00056EDD" w:rsidP="00056EDD">
      <w:pPr>
        <w:pStyle w:val="berschrift1"/>
        <w:spacing w:before="0" w:line="360" w:lineRule="auto"/>
        <w:rPr>
          <w:color w:val="auto"/>
          <w:sz w:val="24"/>
          <w:szCs w:val="24"/>
        </w:rPr>
      </w:pPr>
    </w:p>
    <w:p w14:paraId="5CCCF7DF" w14:textId="77777777" w:rsidR="00056EDD" w:rsidRDefault="00056EDD" w:rsidP="00056EDD">
      <w:pPr>
        <w:pStyle w:val="berschrift1"/>
        <w:spacing w:before="0" w:line="360" w:lineRule="auto"/>
        <w:rPr>
          <w:color w:val="auto"/>
        </w:rPr>
      </w:pPr>
    </w:p>
    <w:p w14:paraId="5348A9C0" w14:textId="77777777" w:rsidR="00056EDD" w:rsidRDefault="00056EDD" w:rsidP="00056EDD">
      <w:pPr>
        <w:pStyle w:val="berschrift1"/>
        <w:spacing w:before="0" w:line="360" w:lineRule="auto"/>
        <w:rPr>
          <w:color w:val="auto"/>
        </w:rPr>
      </w:pPr>
    </w:p>
    <w:p w14:paraId="6FF09AD3" w14:textId="77777777" w:rsidR="00056EDD" w:rsidRDefault="00056EDD" w:rsidP="00056EDD">
      <w:pPr>
        <w:pStyle w:val="berschrift1"/>
        <w:spacing w:before="0" w:line="360" w:lineRule="auto"/>
        <w:rPr>
          <w:color w:val="auto"/>
        </w:rPr>
      </w:pPr>
    </w:p>
    <w:p w14:paraId="6C96CBF1" w14:textId="758A1025" w:rsidR="00AE3E21" w:rsidRPr="00056EDD" w:rsidRDefault="00181E25" w:rsidP="00056EDD">
      <w:pPr>
        <w:pStyle w:val="berschrift1"/>
        <w:spacing w:before="0" w:line="360" w:lineRule="auto"/>
        <w:rPr>
          <w:color w:val="auto"/>
        </w:rPr>
      </w:pPr>
      <w:proofErr w:type="spellStart"/>
      <w:r w:rsidRPr="00056EDD">
        <w:rPr>
          <w:color w:val="auto"/>
        </w:rPr>
        <w:t>Quittung</w:t>
      </w:r>
      <w:proofErr w:type="spellEnd"/>
      <w:r w:rsidRPr="00056EDD">
        <w:rPr>
          <w:color w:val="auto"/>
        </w:rPr>
        <w:t xml:space="preserve"> / </w:t>
      </w:r>
      <w:proofErr w:type="spellStart"/>
      <w:r w:rsidRPr="00056EDD">
        <w:rPr>
          <w:color w:val="auto"/>
        </w:rPr>
        <w:t>Leihvereinbarung</w:t>
      </w:r>
      <w:proofErr w:type="spellEnd"/>
      <w:r w:rsidR="00EE5364">
        <w:rPr>
          <w:color w:val="auto"/>
        </w:rPr>
        <w:tab/>
      </w:r>
      <w:r w:rsidR="00EE5364">
        <w:rPr>
          <w:color w:val="auto"/>
        </w:rPr>
        <w:tab/>
      </w:r>
      <w:r w:rsidR="00EE5364">
        <w:rPr>
          <w:color w:val="auto"/>
        </w:rPr>
        <w:tab/>
      </w:r>
      <w:r w:rsidR="00EE5364">
        <w:rPr>
          <w:color w:val="auto"/>
        </w:rPr>
        <w:tab/>
      </w:r>
      <w:proofErr w:type="gramStart"/>
      <w:r w:rsidR="00EE5364">
        <w:rPr>
          <w:color w:val="auto"/>
        </w:rPr>
        <w:t>Datum:</w:t>
      </w:r>
      <w:r w:rsidR="006949B1">
        <w:rPr>
          <w:color w:val="auto"/>
        </w:rPr>
        <w:t>_</w:t>
      </w:r>
      <w:proofErr w:type="gramEnd"/>
      <w:r w:rsidR="006949B1">
        <w:rPr>
          <w:color w:val="auto"/>
        </w:rPr>
        <w:t>__________</w:t>
      </w:r>
    </w:p>
    <w:p w14:paraId="0EADE897" w14:textId="77777777" w:rsidR="00056EDD" w:rsidRDefault="00056EDD" w:rsidP="00056EDD">
      <w:pPr>
        <w:spacing w:after="0" w:line="360" w:lineRule="auto"/>
        <w:rPr>
          <w:sz w:val="24"/>
          <w:szCs w:val="24"/>
        </w:rPr>
      </w:pPr>
    </w:p>
    <w:p w14:paraId="03E75702" w14:textId="77777777" w:rsidR="00056EDD" w:rsidRDefault="00056EDD" w:rsidP="00056EDD">
      <w:pPr>
        <w:spacing w:after="0" w:line="360" w:lineRule="auto"/>
        <w:rPr>
          <w:sz w:val="24"/>
          <w:szCs w:val="24"/>
        </w:rPr>
      </w:pPr>
    </w:p>
    <w:p w14:paraId="44F29934" w14:textId="77777777" w:rsidR="00EE5364" w:rsidRDefault="00181E25" w:rsidP="00056EDD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056EDD">
        <w:rPr>
          <w:sz w:val="24"/>
          <w:szCs w:val="24"/>
        </w:rPr>
        <w:t>Hiermit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bestätige</w:t>
      </w:r>
      <w:proofErr w:type="spellEnd"/>
      <w:r w:rsidRPr="00056EDD">
        <w:rPr>
          <w:sz w:val="24"/>
          <w:szCs w:val="24"/>
        </w:rPr>
        <w:t xml:space="preserve"> ich, ______________________________________</w:t>
      </w:r>
      <w:r w:rsidR="00056EDD">
        <w:rPr>
          <w:sz w:val="24"/>
          <w:szCs w:val="24"/>
        </w:rPr>
        <w:t>___</w:t>
      </w:r>
      <w:r w:rsidRPr="00056EDD">
        <w:rPr>
          <w:sz w:val="24"/>
          <w:szCs w:val="24"/>
        </w:rPr>
        <w:t xml:space="preserve"> (Name des </w:t>
      </w:r>
      <w:proofErr w:type="spellStart"/>
      <w:r w:rsidRPr="00056EDD">
        <w:rPr>
          <w:sz w:val="24"/>
          <w:szCs w:val="24"/>
        </w:rPr>
        <w:t>Elternteils</w:t>
      </w:r>
      <w:proofErr w:type="spellEnd"/>
      <w:r w:rsidRPr="00056EDD">
        <w:rPr>
          <w:sz w:val="24"/>
          <w:szCs w:val="24"/>
        </w:rPr>
        <w:t>),</w:t>
      </w:r>
    </w:p>
    <w:p w14:paraId="4F632301" w14:textId="663DAF4F" w:rsidR="00AE3E21" w:rsidRPr="00056EDD" w:rsidRDefault="00EE5364" w:rsidP="00056ED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für </w:t>
      </w:r>
      <w:proofErr w:type="spellStart"/>
      <w:r>
        <w:rPr>
          <w:sz w:val="24"/>
          <w:szCs w:val="24"/>
        </w:rPr>
        <w:t>mein</w:t>
      </w:r>
      <w:proofErr w:type="spellEnd"/>
      <w:r>
        <w:rPr>
          <w:sz w:val="24"/>
          <w:szCs w:val="24"/>
        </w:rPr>
        <w:t xml:space="preserve"> Kind _________________________________</w:t>
      </w:r>
      <w:proofErr w:type="gramStart"/>
      <w:r>
        <w:rPr>
          <w:sz w:val="24"/>
          <w:szCs w:val="24"/>
        </w:rPr>
        <w:t>_(</w:t>
      </w:r>
      <w:proofErr w:type="gramEnd"/>
      <w:r>
        <w:rPr>
          <w:sz w:val="24"/>
          <w:szCs w:val="24"/>
        </w:rPr>
        <w:t xml:space="preserve">Name des </w:t>
      </w:r>
      <w:proofErr w:type="spellStart"/>
      <w:r>
        <w:rPr>
          <w:sz w:val="24"/>
          <w:szCs w:val="24"/>
        </w:rPr>
        <w:t>Kindes</w:t>
      </w:r>
      <w:proofErr w:type="spellEnd"/>
      <w:r>
        <w:rPr>
          <w:sz w:val="24"/>
          <w:szCs w:val="24"/>
        </w:rPr>
        <w:t>)</w:t>
      </w:r>
      <w:r w:rsidR="00056ED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 der Klasse____</w:t>
      </w:r>
      <w:r w:rsidR="00056EDD">
        <w:rPr>
          <w:sz w:val="24"/>
          <w:szCs w:val="24"/>
        </w:rPr>
        <w:t xml:space="preserve">    </w:t>
      </w:r>
      <w:r w:rsidRPr="00056EDD">
        <w:rPr>
          <w:sz w:val="24"/>
          <w:szCs w:val="24"/>
        </w:rPr>
        <w:t xml:space="preserve">den </w:t>
      </w:r>
      <w:proofErr w:type="spellStart"/>
      <w:r w:rsidRPr="00056EDD">
        <w:rPr>
          <w:sz w:val="24"/>
          <w:szCs w:val="24"/>
        </w:rPr>
        <w:t>Erhalt</w:t>
      </w:r>
      <w:proofErr w:type="spellEnd"/>
      <w:r w:rsidRPr="00056EDD">
        <w:rPr>
          <w:sz w:val="24"/>
          <w:szCs w:val="24"/>
        </w:rPr>
        <w:t xml:space="preserve"> des </w:t>
      </w:r>
      <w:proofErr w:type="spellStart"/>
      <w:r w:rsidRPr="00056EDD">
        <w:rPr>
          <w:sz w:val="24"/>
          <w:szCs w:val="24"/>
        </w:rPr>
        <w:t>folgenden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Geräts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aus</w:t>
      </w:r>
      <w:proofErr w:type="spellEnd"/>
      <w:r w:rsidRPr="00056EDD">
        <w:rPr>
          <w:sz w:val="24"/>
          <w:szCs w:val="24"/>
        </w:rPr>
        <w:t xml:space="preserve"> dem Bestand de</w:t>
      </w:r>
      <w:r w:rsidR="00056EDD">
        <w:rPr>
          <w:sz w:val="24"/>
          <w:szCs w:val="24"/>
        </w:rPr>
        <w:t xml:space="preserve">s </w:t>
      </w:r>
      <w:proofErr w:type="spellStart"/>
      <w:r w:rsidR="00056EDD">
        <w:rPr>
          <w:sz w:val="24"/>
          <w:szCs w:val="24"/>
        </w:rPr>
        <w:t>Medienzentrums</w:t>
      </w:r>
      <w:proofErr w:type="spellEnd"/>
      <w:r w:rsidR="00056EDD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056EDD">
        <w:rPr>
          <w:sz w:val="24"/>
          <w:szCs w:val="24"/>
        </w:rPr>
        <w:t xml:space="preserve"> d</w:t>
      </w:r>
      <w:r>
        <w:rPr>
          <w:sz w:val="24"/>
          <w:szCs w:val="24"/>
        </w:rPr>
        <w:t>er</w:t>
      </w:r>
      <w:r w:rsidRPr="00056EDD">
        <w:rPr>
          <w:sz w:val="24"/>
          <w:szCs w:val="24"/>
        </w:rPr>
        <w:t xml:space="preserve"> </w:t>
      </w:r>
      <w:r w:rsidR="00056EDD">
        <w:rPr>
          <w:sz w:val="24"/>
          <w:szCs w:val="24"/>
        </w:rPr>
        <w:t>Fritz-Gansberg-Schule</w:t>
      </w:r>
      <w:r w:rsidRPr="00056EDD">
        <w:rPr>
          <w:sz w:val="24"/>
          <w:szCs w:val="24"/>
        </w:rPr>
        <w:t>:</w:t>
      </w:r>
    </w:p>
    <w:p w14:paraId="2942B4CE" w14:textId="77777777" w:rsidR="00AE3E21" w:rsidRPr="00056EDD" w:rsidRDefault="00AE3E21" w:rsidP="00056EDD">
      <w:pPr>
        <w:spacing w:after="0" w:line="360" w:lineRule="auto"/>
        <w:rPr>
          <w:sz w:val="24"/>
          <w:szCs w:val="24"/>
        </w:rPr>
      </w:pPr>
    </w:p>
    <w:p w14:paraId="7F1F1BB3" w14:textId="47FCCAB2" w:rsidR="00AE3E21" w:rsidRPr="00056EDD" w:rsidRDefault="00181E25" w:rsidP="00056EDD">
      <w:pPr>
        <w:spacing w:after="0" w:line="360" w:lineRule="auto"/>
        <w:rPr>
          <w:b/>
          <w:bCs/>
          <w:sz w:val="24"/>
          <w:szCs w:val="24"/>
        </w:rPr>
      </w:pPr>
      <w:r w:rsidRPr="00056EDD">
        <w:rPr>
          <w:b/>
          <w:bCs/>
          <w:sz w:val="24"/>
          <w:szCs w:val="24"/>
        </w:rPr>
        <w:t>- iPad</w:t>
      </w:r>
      <w:r w:rsidR="00E55C77">
        <w:rPr>
          <w:b/>
          <w:bCs/>
          <w:sz w:val="24"/>
          <w:szCs w:val="24"/>
        </w:rPr>
        <w:t xml:space="preserve"> (</w:t>
      </w:r>
      <w:proofErr w:type="spellStart"/>
      <w:r w:rsidR="00E55C77">
        <w:rPr>
          <w:b/>
          <w:bCs/>
          <w:sz w:val="24"/>
          <w:szCs w:val="24"/>
        </w:rPr>
        <w:t>mit</w:t>
      </w:r>
      <w:proofErr w:type="spellEnd"/>
      <w:r w:rsidR="00E55C77">
        <w:rPr>
          <w:b/>
          <w:bCs/>
          <w:sz w:val="24"/>
          <w:szCs w:val="24"/>
        </w:rPr>
        <w:t xml:space="preserve"> </w:t>
      </w:r>
      <w:proofErr w:type="spellStart"/>
      <w:r w:rsidR="00E55C77">
        <w:rPr>
          <w:b/>
          <w:bCs/>
          <w:sz w:val="24"/>
          <w:szCs w:val="24"/>
        </w:rPr>
        <w:t>genauer</w:t>
      </w:r>
      <w:proofErr w:type="spellEnd"/>
      <w:r w:rsidR="00E55C77">
        <w:rPr>
          <w:b/>
          <w:bCs/>
          <w:sz w:val="24"/>
          <w:szCs w:val="24"/>
        </w:rPr>
        <w:t xml:space="preserve"> </w:t>
      </w:r>
      <w:proofErr w:type="spellStart"/>
      <w:r w:rsidR="00E55C77">
        <w:rPr>
          <w:b/>
          <w:bCs/>
          <w:sz w:val="24"/>
          <w:szCs w:val="24"/>
        </w:rPr>
        <w:t>Bezeichnun</w:t>
      </w:r>
      <w:proofErr w:type="spellEnd"/>
      <w:r w:rsidR="00E55C77">
        <w:rPr>
          <w:b/>
          <w:bCs/>
          <w:sz w:val="24"/>
          <w:szCs w:val="24"/>
        </w:rPr>
        <w:t>)</w:t>
      </w:r>
      <w:r w:rsidR="00044762">
        <w:rPr>
          <w:b/>
          <w:bCs/>
          <w:sz w:val="24"/>
          <w:szCs w:val="24"/>
        </w:rPr>
        <w:t xml:space="preserve"> __________________________________________________ </w:t>
      </w:r>
    </w:p>
    <w:p w14:paraId="67768C33" w14:textId="7A96C933" w:rsidR="00AE3E21" w:rsidRPr="00056EDD" w:rsidRDefault="00181E25" w:rsidP="00056EDD">
      <w:pPr>
        <w:spacing w:after="0" w:line="360" w:lineRule="auto"/>
        <w:rPr>
          <w:b/>
          <w:bCs/>
          <w:sz w:val="24"/>
          <w:szCs w:val="24"/>
        </w:rPr>
      </w:pPr>
      <w:r w:rsidRPr="00056EDD">
        <w:rPr>
          <w:b/>
          <w:bCs/>
          <w:sz w:val="24"/>
          <w:szCs w:val="24"/>
        </w:rPr>
        <w:t xml:space="preserve">- </w:t>
      </w:r>
      <w:proofErr w:type="spellStart"/>
      <w:r w:rsidRPr="00056EDD">
        <w:rPr>
          <w:b/>
          <w:bCs/>
          <w:sz w:val="24"/>
          <w:szCs w:val="24"/>
        </w:rPr>
        <w:t>Schutzhülle</w:t>
      </w:r>
      <w:proofErr w:type="spellEnd"/>
      <w:r w:rsidR="00056EDD" w:rsidRPr="00056EDD">
        <w:rPr>
          <w:b/>
          <w:bCs/>
          <w:sz w:val="24"/>
          <w:szCs w:val="24"/>
        </w:rPr>
        <w:t xml:space="preserve"> </w:t>
      </w:r>
      <w:proofErr w:type="spellStart"/>
      <w:r w:rsidR="00056EDD" w:rsidRPr="00056EDD">
        <w:rPr>
          <w:b/>
          <w:bCs/>
          <w:sz w:val="24"/>
          <w:szCs w:val="24"/>
        </w:rPr>
        <w:t>mit</w:t>
      </w:r>
      <w:proofErr w:type="spellEnd"/>
      <w:r w:rsidR="00056EDD" w:rsidRPr="00056EDD">
        <w:rPr>
          <w:b/>
          <w:bCs/>
          <w:sz w:val="24"/>
          <w:szCs w:val="24"/>
        </w:rPr>
        <w:t xml:space="preserve"> </w:t>
      </w:r>
      <w:proofErr w:type="spellStart"/>
      <w:r w:rsidR="00056EDD" w:rsidRPr="00056EDD">
        <w:rPr>
          <w:b/>
          <w:bCs/>
          <w:sz w:val="24"/>
          <w:szCs w:val="24"/>
        </w:rPr>
        <w:t>Tastatur</w:t>
      </w:r>
      <w:proofErr w:type="spellEnd"/>
    </w:p>
    <w:p w14:paraId="49ED6934" w14:textId="762966DE" w:rsidR="00AE3E21" w:rsidRDefault="00181E25" w:rsidP="00056EDD">
      <w:pPr>
        <w:spacing w:after="0" w:line="360" w:lineRule="auto"/>
        <w:rPr>
          <w:b/>
          <w:bCs/>
          <w:sz w:val="24"/>
          <w:szCs w:val="24"/>
        </w:rPr>
      </w:pPr>
      <w:r w:rsidRPr="00056EDD">
        <w:rPr>
          <w:b/>
          <w:bCs/>
          <w:sz w:val="24"/>
          <w:szCs w:val="24"/>
        </w:rPr>
        <w:t xml:space="preserve">- </w:t>
      </w:r>
      <w:proofErr w:type="spellStart"/>
      <w:r w:rsidRPr="00056EDD">
        <w:rPr>
          <w:b/>
          <w:bCs/>
          <w:sz w:val="24"/>
          <w:szCs w:val="24"/>
        </w:rPr>
        <w:t>Ladegerät</w:t>
      </w:r>
      <w:proofErr w:type="spellEnd"/>
      <w:r w:rsidR="00056EDD" w:rsidRPr="00056EDD">
        <w:rPr>
          <w:b/>
          <w:bCs/>
          <w:sz w:val="24"/>
          <w:szCs w:val="24"/>
        </w:rPr>
        <w:t xml:space="preserve"> </w:t>
      </w:r>
      <w:proofErr w:type="spellStart"/>
      <w:r w:rsidR="00056EDD" w:rsidRPr="00056EDD">
        <w:rPr>
          <w:b/>
          <w:bCs/>
          <w:sz w:val="24"/>
          <w:szCs w:val="24"/>
        </w:rPr>
        <w:t>mit</w:t>
      </w:r>
      <w:proofErr w:type="spellEnd"/>
      <w:r w:rsidR="00056EDD" w:rsidRPr="00056EDD">
        <w:rPr>
          <w:b/>
          <w:bCs/>
          <w:sz w:val="24"/>
          <w:szCs w:val="24"/>
        </w:rPr>
        <w:t xml:space="preserve"> Kabel</w:t>
      </w:r>
    </w:p>
    <w:p w14:paraId="33E9C037" w14:textId="77777777" w:rsidR="00AE3E21" w:rsidRPr="00056EDD" w:rsidRDefault="00AE3E21" w:rsidP="00056EDD">
      <w:pPr>
        <w:spacing w:after="0" w:line="360" w:lineRule="auto"/>
        <w:rPr>
          <w:sz w:val="24"/>
          <w:szCs w:val="24"/>
        </w:rPr>
      </w:pPr>
    </w:p>
    <w:p w14:paraId="26E97796" w14:textId="32A95EAF" w:rsidR="00AE3E21" w:rsidRPr="00056EDD" w:rsidRDefault="00181E25" w:rsidP="00056EDD">
      <w:pPr>
        <w:spacing w:after="0" w:line="360" w:lineRule="auto"/>
        <w:jc w:val="both"/>
        <w:rPr>
          <w:sz w:val="24"/>
          <w:szCs w:val="24"/>
        </w:rPr>
      </w:pPr>
      <w:r w:rsidRPr="00056EDD">
        <w:rPr>
          <w:sz w:val="24"/>
          <w:szCs w:val="24"/>
        </w:rPr>
        <w:t xml:space="preserve">Das </w:t>
      </w:r>
      <w:proofErr w:type="spellStart"/>
      <w:r w:rsidRPr="00056EDD">
        <w:rPr>
          <w:sz w:val="24"/>
          <w:szCs w:val="24"/>
        </w:rPr>
        <w:t>Gerät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wird</w:t>
      </w:r>
      <w:proofErr w:type="spellEnd"/>
      <w:r w:rsidRPr="00056EDD">
        <w:rPr>
          <w:sz w:val="24"/>
          <w:szCs w:val="24"/>
        </w:rPr>
        <w:t xml:space="preserve"> mir/</w:t>
      </w:r>
      <w:proofErr w:type="spellStart"/>
      <w:r w:rsidRPr="00056EDD">
        <w:rPr>
          <w:sz w:val="24"/>
          <w:szCs w:val="24"/>
        </w:rPr>
        <w:t>meinem</w:t>
      </w:r>
      <w:proofErr w:type="spellEnd"/>
      <w:r w:rsidRPr="00056EDD">
        <w:rPr>
          <w:sz w:val="24"/>
          <w:szCs w:val="24"/>
        </w:rPr>
        <w:t xml:space="preserve"> Kind am ____/____/________ </w:t>
      </w:r>
      <w:proofErr w:type="spellStart"/>
      <w:r w:rsidRPr="00056EDD">
        <w:rPr>
          <w:sz w:val="24"/>
          <w:szCs w:val="24"/>
        </w:rPr>
        <w:t>leihweise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überlassen</w:t>
      </w:r>
      <w:proofErr w:type="spellEnd"/>
      <w:r w:rsidRPr="00056EDD">
        <w:rPr>
          <w:sz w:val="24"/>
          <w:szCs w:val="24"/>
        </w:rPr>
        <w:t>.</w:t>
      </w:r>
      <w:r w:rsidR="00056EDD">
        <w:rPr>
          <w:sz w:val="24"/>
          <w:szCs w:val="24"/>
        </w:rPr>
        <w:t xml:space="preserve">          </w:t>
      </w:r>
      <w:r w:rsidRPr="00056EDD">
        <w:rPr>
          <w:sz w:val="24"/>
          <w:szCs w:val="24"/>
        </w:rPr>
        <w:t xml:space="preserve">Ich </w:t>
      </w:r>
      <w:proofErr w:type="spellStart"/>
      <w:r w:rsidRPr="00056EDD">
        <w:rPr>
          <w:sz w:val="24"/>
          <w:szCs w:val="24"/>
        </w:rPr>
        <w:t>verpflichte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mich</w:t>
      </w:r>
      <w:proofErr w:type="spellEnd"/>
      <w:r w:rsidRPr="00056EDD">
        <w:rPr>
          <w:sz w:val="24"/>
          <w:szCs w:val="24"/>
        </w:rPr>
        <w:t xml:space="preserve">, </w:t>
      </w:r>
      <w:proofErr w:type="spellStart"/>
      <w:r w:rsidRPr="00056EDD">
        <w:rPr>
          <w:sz w:val="24"/>
          <w:szCs w:val="24"/>
        </w:rPr>
        <w:t>sorgsam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mit</w:t>
      </w:r>
      <w:proofErr w:type="spellEnd"/>
      <w:r w:rsidRPr="00056EDD">
        <w:rPr>
          <w:sz w:val="24"/>
          <w:szCs w:val="24"/>
        </w:rPr>
        <w:t xml:space="preserve"> dem </w:t>
      </w:r>
      <w:proofErr w:type="spellStart"/>
      <w:r w:rsidRPr="00056EDD">
        <w:rPr>
          <w:sz w:val="24"/>
          <w:szCs w:val="24"/>
        </w:rPr>
        <w:t>Gerät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umzugehen</w:t>
      </w:r>
      <w:proofErr w:type="spellEnd"/>
      <w:r w:rsidRPr="00056EDD">
        <w:rPr>
          <w:sz w:val="24"/>
          <w:szCs w:val="24"/>
        </w:rPr>
        <w:t xml:space="preserve"> und es </w:t>
      </w:r>
      <w:proofErr w:type="spellStart"/>
      <w:r w:rsidRPr="00056EDD">
        <w:rPr>
          <w:sz w:val="24"/>
          <w:szCs w:val="24"/>
        </w:rPr>
        <w:t>vollständig</w:t>
      </w:r>
      <w:proofErr w:type="spellEnd"/>
      <w:r w:rsidRPr="00056EDD">
        <w:rPr>
          <w:sz w:val="24"/>
          <w:szCs w:val="24"/>
        </w:rPr>
        <w:t xml:space="preserve"> und in </w:t>
      </w:r>
      <w:proofErr w:type="spellStart"/>
      <w:r w:rsidRPr="00056EDD">
        <w:rPr>
          <w:sz w:val="24"/>
          <w:szCs w:val="24"/>
        </w:rPr>
        <w:t>funktionsfähigem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Zustand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zurückzugeben</w:t>
      </w:r>
      <w:proofErr w:type="spellEnd"/>
      <w:r w:rsidRPr="00056EDD">
        <w:rPr>
          <w:sz w:val="24"/>
          <w:szCs w:val="24"/>
        </w:rPr>
        <w:t>.</w:t>
      </w:r>
    </w:p>
    <w:p w14:paraId="659D7A80" w14:textId="77777777" w:rsidR="00AE3E21" w:rsidRPr="00056EDD" w:rsidRDefault="00AE3E21" w:rsidP="00056EDD">
      <w:pPr>
        <w:spacing w:after="0" w:line="360" w:lineRule="auto"/>
        <w:rPr>
          <w:sz w:val="24"/>
          <w:szCs w:val="24"/>
        </w:rPr>
      </w:pPr>
    </w:p>
    <w:p w14:paraId="65716580" w14:textId="0919C8B2" w:rsidR="00AE3E21" w:rsidRPr="00056EDD" w:rsidRDefault="00EE5364" w:rsidP="00EE536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Datum: ____________________ </w:t>
      </w:r>
      <w:proofErr w:type="spellStart"/>
      <w:r w:rsidRPr="00056EDD">
        <w:rPr>
          <w:sz w:val="24"/>
          <w:szCs w:val="24"/>
        </w:rPr>
        <w:t>Unterschrift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r w:rsidRPr="00056EDD">
        <w:rPr>
          <w:sz w:val="24"/>
          <w:szCs w:val="24"/>
        </w:rPr>
        <w:t>Elternteil</w:t>
      </w:r>
      <w:proofErr w:type="spellEnd"/>
      <w:r w:rsidRPr="00056EDD">
        <w:rPr>
          <w:sz w:val="24"/>
          <w:szCs w:val="24"/>
        </w:rPr>
        <w:t>: ____________________________________</w:t>
      </w:r>
    </w:p>
    <w:p w14:paraId="68B65C9E" w14:textId="77777777" w:rsidR="00056EDD" w:rsidRPr="00056EDD" w:rsidRDefault="00056EDD" w:rsidP="00056EDD">
      <w:pPr>
        <w:spacing w:after="0" w:line="360" w:lineRule="auto"/>
        <w:rPr>
          <w:sz w:val="24"/>
          <w:szCs w:val="24"/>
        </w:rPr>
      </w:pPr>
    </w:p>
    <w:p w14:paraId="4A4FDA02" w14:textId="38BF4525" w:rsidR="00AE3E21" w:rsidRPr="00056EDD" w:rsidRDefault="00EE5364" w:rsidP="00056EDD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Datum: ____________________ </w:t>
      </w:r>
      <w:proofErr w:type="spellStart"/>
      <w:r w:rsidRPr="00056EDD">
        <w:rPr>
          <w:sz w:val="24"/>
          <w:szCs w:val="24"/>
        </w:rPr>
        <w:t>Unterschrift</w:t>
      </w:r>
      <w:proofErr w:type="spellEnd"/>
      <w:r w:rsidRPr="00056EDD">
        <w:rPr>
          <w:sz w:val="24"/>
          <w:szCs w:val="24"/>
        </w:rPr>
        <w:t xml:space="preserve"> </w:t>
      </w:r>
      <w:proofErr w:type="spellStart"/>
      <w:proofErr w:type="gramStart"/>
      <w:r w:rsidRPr="00056EDD">
        <w:rPr>
          <w:sz w:val="24"/>
          <w:szCs w:val="24"/>
        </w:rPr>
        <w:t>Lehrkraft</w:t>
      </w:r>
      <w:proofErr w:type="spellEnd"/>
      <w:r w:rsidR="00056EDD" w:rsidRPr="00056EDD">
        <w:rPr>
          <w:sz w:val="24"/>
          <w:szCs w:val="24"/>
        </w:rPr>
        <w:t xml:space="preserve"> </w:t>
      </w:r>
      <w:r w:rsidRPr="00056EDD">
        <w:rPr>
          <w:sz w:val="24"/>
          <w:szCs w:val="24"/>
        </w:rPr>
        <w:t>:</w:t>
      </w:r>
      <w:proofErr w:type="gramEnd"/>
      <w:r w:rsidRPr="00056EDD">
        <w:rPr>
          <w:sz w:val="24"/>
          <w:szCs w:val="24"/>
        </w:rPr>
        <w:t xml:space="preserve"> _______________________________</w:t>
      </w:r>
      <w:r>
        <w:rPr>
          <w:sz w:val="24"/>
          <w:szCs w:val="24"/>
        </w:rPr>
        <w:t>____</w:t>
      </w:r>
    </w:p>
    <w:p w14:paraId="3A064F57" w14:textId="0F2E81B0" w:rsidR="00056EDD" w:rsidRPr="00056EDD" w:rsidRDefault="00056EDD" w:rsidP="00056EDD">
      <w:pPr>
        <w:spacing w:after="0" w:line="360" w:lineRule="auto"/>
        <w:rPr>
          <w:sz w:val="24"/>
          <w:szCs w:val="24"/>
        </w:rPr>
      </w:pPr>
      <w:r w:rsidRPr="00056EDD">
        <w:rPr>
          <w:sz w:val="24"/>
          <w:szCs w:val="24"/>
        </w:rPr>
        <w:tab/>
      </w:r>
      <w:r w:rsidRPr="00056EDD">
        <w:rPr>
          <w:sz w:val="24"/>
          <w:szCs w:val="24"/>
        </w:rPr>
        <w:tab/>
      </w:r>
      <w:r w:rsidRPr="00056EDD">
        <w:rPr>
          <w:sz w:val="24"/>
          <w:szCs w:val="24"/>
        </w:rPr>
        <w:tab/>
      </w:r>
      <w:r w:rsidRPr="00056EDD">
        <w:rPr>
          <w:sz w:val="24"/>
          <w:szCs w:val="24"/>
        </w:rPr>
        <w:tab/>
      </w:r>
      <w:r w:rsidR="00EE5364">
        <w:rPr>
          <w:sz w:val="24"/>
          <w:szCs w:val="24"/>
        </w:rPr>
        <w:t xml:space="preserve">Name der </w:t>
      </w:r>
      <w:proofErr w:type="spellStart"/>
      <w:proofErr w:type="gramStart"/>
      <w:r w:rsidR="00EE5364">
        <w:rPr>
          <w:sz w:val="24"/>
          <w:szCs w:val="24"/>
        </w:rPr>
        <w:t>Lehrkraft</w:t>
      </w:r>
      <w:proofErr w:type="spellEnd"/>
      <w:r w:rsidR="00EE5364">
        <w:rPr>
          <w:sz w:val="24"/>
          <w:szCs w:val="24"/>
        </w:rPr>
        <w:t xml:space="preserve"> :</w:t>
      </w:r>
      <w:proofErr w:type="gramEnd"/>
      <w:r w:rsidR="00EE5364">
        <w:rPr>
          <w:sz w:val="24"/>
          <w:szCs w:val="24"/>
        </w:rPr>
        <w:t xml:space="preserve"> ___________________________________</w:t>
      </w:r>
    </w:p>
    <w:sectPr w:rsidR="00056EDD" w:rsidRPr="00056EDD" w:rsidSect="00096833">
      <w:pgSz w:w="12240" w:h="15840"/>
      <w:pgMar w:top="993" w:right="21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6091256">
    <w:abstractNumId w:val="8"/>
  </w:num>
  <w:num w:numId="2" w16cid:durableId="623928022">
    <w:abstractNumId w:val="6"/>
  </w:num>
  <w:num w:numId="3" w16cid:durableId="1398165490">
    <w:abstractNumId w:val="5"/>
  </w:num>
  <w:num w:numId="4" w16cid:durableId="2124305054">
    <w:abstractNumId w:val="4"/>
  </w:num>
  <w:num w:numId="5" w16cid:durableId="1378116889">
    <w:abstractNumId w:val="7"/>
  </w:num>
  <w:num w:numId="6" w16cid:durableId="903108486">
    <w:abstractNumId w:val="3"/>
  </w:num>
  <w:num w:numId="7" w16cid:durableId="1827278539">
    <w:abstractNumId w:val="2"/>
  </w:num>
  <w:num w:numId="8" w16cid:durableId="1787889432">
    <w:abstractNumId w:val="1"/>
  </w:num>
  <w:num w:numId="9" w16cid:durableId="148735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4762"/>
    <w:rsid w:val="00056EDD"/>
    <w:rsid w:val="0006063C"/>
    <w:rsid w:val="00096833"/>
    <w:rsid w:val="00105430"/>
    <w:rsid w:val="0015074B"/>
    <w:rsid w:val="0029639D"/>
    <w:rsid w:val="00326B62"/>
    <w:rsid w:val="00326F90"/>
    <w:rsid w:val="004C439A"/>
    <w:rsid w:val="005E4B07"/>
    <w:rsid w:val="006949B1"/>
    <w:rsid w:val="00A44178"/>
    <w:rsid w:val="00AA1D8D"/>
    <w:rsid w:val="00AE3E21"/>
    <w:rsid w:val="00B015C2"/>
    <w:rsid w:val="00B47730"/>
    <w:rsid w:val="00BE1EAD"/>
    <w:rsid w:val="00CB0664"/>
    <w:rsid w:val="00E55C77"/>
    <w:rsid w:val="00EE53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4E4C7B"/>
  <w14:defaultImageDpi w14:val="300"/>
  <w15:docId w15:val="{2FAB7EDF-70CE-4981-A808-135D1970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822</Characters>
  <Application>Microsoft Office Word</Application>
  <DocSecurity>0</DocSecurity>
  <Lines>26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Michael Elster</cp:lastModifiedBy>
  <cp:revision>2</cp:revision>
  <cp:lastPrinted>2025-12-02T11:11:00Z</cp:lastPrinted>
  <dcterms:created xsi:type="dcterms:W3CDTF">2026-04-07T09:54:00Z</dcterms:created>
  <dcterms:modified xsi:type="dcterms:W3CDTF">2026-04-07T09:54:00Z</dcterms:modified>
  <cp:category/>
</cp:coreProperties>
</file>